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77CFA" w14:textId="77777777" w:rsidR="004B24A1" w:rsidRDefault="00180372">
      <w:pPr>
        <w:jc w:val="center"/>
      </w:pPr>
      <w:r>
        <w:rPr>
          <w:b/>
          <w:sz w:val="32"/>
        </w:rPr>
        <w:t>Wavenet Final Response / Deadlock Letter</w:t>
      </w:r>
    </w:p>
    <w:p w14:paraId="230F286D" w14:textId="1DA1E629" w:rsidR="004B24A1" w:rsidRDefault="29E457D2">
      <w:r w:rsidRPr="29E457D2">
        <w:rPr>
          <w:b/>
          <w:bCs/>
        </w:rPr>
        <w:t xml:space="preserve">Complaint Reference: </w:t>
      </w:r>
      <w:r>
        <w:t>CS0681975</w:t>
      </w:r>
      <w:r w:rsidR="00180372">
        <w:br/>
      </w:r>
      <w:r w:rsidRPr="29E457D2">
        <w:rPr>
          <w:b/>
          <w:bCs/>
        </w:rPr>
        <w:t xml:space="preserve">Customer: </w:t>
      </w:r>
      <w:r>
        <w:t>Highley Parish Council</w:t>
      </w:r>
      <w:r w:rsidR="00180372">
        <w:br/>
      </w:r>
      <w:r w:rsidRPr="29E457D2">
        <w:rPr>
          <w:b/>
          <w:bCs/>
        </w:rPr>
        <w:t xml:space="preserve">Service(s): </w:t>
      </w:r>
      <w:r>
        <w:t>Microsoft Licensing</w:t>
      </w:r>
      <w:r w:rsidR="00180372">
        <w:br/>
      </w:r>
      <w:r w:rsidRPr="29E457D2">
        <w:rPr>
          <w:b/>
          <w:bCs/>
        </w:rPr>
        <w:t>Date: 6</w:t>
      </w:r>
      <w:r w:rsidRPr="29E457D2">
        <w:rPr>
          <w:b/>
          <w:bCs/>
          <w:vertAlign w:val="superscript"/>
        </w:rPr>
        <w:t>th</w:t>
      </w:r>
      <w:r w:rsidRPr="29E457D2">
        <w:rPr>
          <w:b/>
          <w:bCs/>
        </w:rPr>
        <w:t xml:space="preserve"> August 2026</w:t>
      </w:r>
    </w:p>
    <w:p w14:paraId="4B4371A4" w14:textId="77777777" w:rsidR="004B24A1" w:rsidRDefault="00180372">
      <w:r>
        <w:rPr>
          <w:b/>
        </w:rPr>
        <w:t>Dear Customer,</w:t>
      </w:r>
    </w:p>
    <w:p w14:paraId="6C5E4CA5" w14:textId="77777777" w:rsidR="004B24A1" w:rsidRDefault="00180372">
      <w:r>
        <w:t>Thank you for your continued correspondence regarding your complaint.</w:t>
      </w:r>
    </w:p>
    <w:p w14:paraId="7E35F052" w14:textId="77777777" w:rsidR="004B24A1" w:rsidRDefault="00180372">
      <w:r>
        <w:t>Following a full review of your complaint, account records, contractual documentation, Microsoft licensing records, internal correspondence and information provided by the relevant business teams, I am writing to confirm Wavenet's final position.</w:t>
      </w:r>
    </w:p>
    <w:p w14:paraId="49F1FCB0" w14:textId="77777777" w:rsidR="004B24A1" w:rsidRDefault="00180372">
      <w:r>
        <w:t>As we have now completed our investigation and exhausted our internal complaints process, this letter serves as our Final Response and Deadlock Letter.</w:t>
      </w:r>
    </w:p>
    <w:p w14:paraId="6C3294B3" w14:textId="77777777" w:rsidR="004B24A1" w:rsidRDefault="00180372">
      <w:r>
        <w:rPr>
          <w:b/>
        </w:rPr>
        <w:t>Summary of Your Complaint</w:t>
      </w:r>
    </w:p>
    <w:p w14:paraId="0D8FE98B" w14:textId="77777777" w:rsidR="004B24A1" w:rsidRDefault="00180372">
      <w:r>
        <w:t>You contacted Wavenet regarding the removal of a Microsoft licence and disputed the subsequent renewal of that licence.</w:t>
      </w:r>
    </w:p>
    <w:p w14:paraId="570D291F" w14:textId="77777777" w:rsidR="004B24A1" w:rsidRDefault="00180372">
      <w:r>
        <w:t xml:space="preserve">You advised that you believed sufficient notice had been provided and that the licence should not </w:t>
      </w:r>
      <w:proofErr w:type="gramStart"/>
      <w:r>
        <w:t>have</w:t>
      </w:r>
      <w:proofErr w:type="gramEnd"/>
      <w:r>
        <w:t xml:space="preserve"> renewed for a further term.</w:t>
      </w:r>
    </w:p>
    <w:p w14:paraId="2911ADF4" w14:textId="77777777" w:rsidR="004B24A1" w:rsidRDefault="00180372">
      <w:r>
        <w:t>You also expressed dissatisfaction with the communication you received during the process and requested that the renewed licence be cancelled without further liability.</w:t>
      </w:r>
    </w:p>
    <w:p w14:paraId="0AC75DC0" w14:textId="77777777" w:rsidR="004B24A1" w:rsidRDefault="00180372">
      <w:r>
        <w:rPr>
          <w:b/>
        </w:rPr>
        <w:t>Our Investigation</w:t>
      </w:r>
    </w:p>
    <w:p w14:paraId="050239A7" w14:textId="77777777" w:rsidR="004B24A1" w:rsidRDefault="00180372">
      <w:r>
        <w:t xml:space="preserve">As part of our investigation, we reviewed the account history, Microsoft licensing arrangements, </w:t>
      </w:r>
      <w:proofErr w:type="gramStart"/>
      <w:r>
        <w:t>renewal</w:t>
      </w:r>
      <w:proofErr w:type="gramEnd"/>
      <w:r>
        <w:t xml:space="preserve"> information, internal correspondence and the applicable contractual terms and conditions governing the service.</w:t>
      </w:r>
    </w:p>
    <w:p w14:paraId="40C08AD1" w14:textId="77777777" w:rsidR="004B24A1" w:rsidRDefault="00180372">
      <w:r>
        <w:t>Our investigation established that the Microsoft licence renewed in accordance with the applicable contractual terms. The agreement does not require annual re-signature and renews automatically unless notice is provided within the required contractual notice period.</w:t>
      </w:r>
    </w:p>
    <w:p w14:paraId="2D26463B" w14:textId="77777777" w:rsidR="004B24A1" w:rsidRDefault="00180372">
      <w:r>
        <w:t>We confirmed that notice to terminate the licence was not received within the contractual renewal window and therefore the licence renewed in line with the governing terms and conditions.</w:t>
      </w:r>
    </w:p>
    <w:p w14:paraId="2DF054BC" w14:textId="77777777" w:rsidR="004B24A1" w:rsidRDefault="00180372">
      <w:r>
        <w:t xml:space="preserve">We also </w:t>
      </w:r>
      <w:proofErr w:type="gramStart"/>
      <w:r>
        <w:t>confirmed</w:t>
      </w:r>
      <w:proofErr w:type="gramEnd"/>
      <w:r>
        <w:t xml:space="preserve"> that Wavenet remains contractually committed for the renewed licence term and is therefore unable to cancel the licence without the associated contractual liability being addressed.</w:t>
      </w:r>
    </w:p>
    <w:p w14:paraId="64AF1178" w14:textId="77777777" w:rsidR="004B24A1" w:rsidRDefault="00180372">
      <w:r>
        <w:rPr>
          <w:b/>
        </w:rPr>
        <w:lastRenderedPageBreak/>
        <w:t>Complaint Outcome</w:t>
      </w:r>
    </w:p>
    <w:p w14:paraId="5E85A423" w14:textId="77777777" w:rsidR="004B24A1" w:rsidRDefault="00180372">
      <w:r>
        <w:t>Partially Upheld</w:t>
      </w:r>
    </w:p>
    <w:p w14:paraId="5061886E" w14:textId="77777777" w:rsidR="004B24A1" w:rsidRDefault="00180372">
      <w:r>
        <w:t>We uphold your complaint in relation to the customer experience and communication concerns raised during the handling of your request.</w:t>
      </w:r>
    </w:p>
    <w:p w14:paraId="27458C53" w14:textId="77777777" w:rsidR="004B24A1" w:rsidRDefault="00180372">
      <w:r>
        <w:t>However, we do not uphold your complaint regarding the renewal of the Microsoft licence, the associated contractual liability, or the application of any applicable early termination charges.</w:t>
      </w:r>
    </w:p>
    <w:p w14:paraId="2B397134" w14:textId="77777777" w:rsidR="004B24A1" w:rsidRDefault="00180372">
      <w:r>
        <w:rPr>
          <w:b/>
        </w:rPr>
        <w:t>Our Final Decision</w:t>
      </w:r>
    </w:p>
    <w:p w14:paraId="46F7DF79" w14:textId="77777777" w:rsidR="004B24A1" w:rsidRDefault="00180372">
      <w:r>
        <w:t>Following completion of our investigation, Wavenet's final position is that:</w:t>
      </w:r>
    </w:p>
    <w:p w14:paraId="57FDC466" w14:textId="77777777" w:rsidR="004B24A1" w:rsidRDefault="00180372">
      <w:r>
        <w:t>• The Microsoft licence renewed in accordance with the applicable contractual terms.</w:t>
      </w:r>
    </w:p>
    <w:p w14:paraId="2E74A8CA" w14:textId="77777777" w:rsidR="004B24A1" w:rsidRDefault="00180372">
      <w:r>
        <w:t xml:space="preserve">• The licence remains subject to </w:t>
      </w:r>
      <w:proofErr w:type="gramStart"/>
      <w:r>
        <w:t>the renewed</w:t>
      </w:r>
      <w:proofErr w:type="gramEnd"/>
      <w:r>
        <w:t xml:space="preserve"> contractual commitment.</w:t>
      </w:r>
    </w:p>
    <w:p w14:paraId="5BBDB07C" w14:textId="77777777" w:rsidR="004B24A1" w:rsidRDefault="00180372">
      <w:r>
        <w:t>• Wavenet is unable to remove the liability arising from that renewal.</w:t>
      </w:r>
    </w:p>
    <w:p w14:paraId="32D5BF2D" w14:textId="77777777" w:rsidR="004B24A1" w:rsidRDefault="00180372">
      <w:r>
        <w:t>• No credits or further billing adjustments will be applied.</w:t>
      </w:r>
    </w:p>
    <w:p w14:paraId="58EBE3D0" w14:textId="77777777" w:rsidR="004B24A1" w:rsidRDefault="00180372">
      <w:r>
        <w:rPr>
          <w:b/>
        </w:rPr>
        <w:t>Deadlock</w:t>
      </w:r>
    </w:p>
    <w:p w14:paraId="1473CFEE" w14:textId="77777777" w:rsidR="004B24A1" w:rsidRDefault="00180372">
      <w:r>
        <w:t>We recognise that you continue to dispute this position. Wavenet's position remains that the renewal and associated contractual liability were applied correctly in accordance with the governing agreement.</w:t>
      </w:r>
    </w:p>
    <w:p w14:paraId="1DAB4E7C" w14:textId="77777777" w:rsidR="004B24A1" w:rsidRDefault="00180372">
      <w:r>
        <w:t>As both parties maintain fundamentally different positions and all reasonable investigative steps have now been exhausted, this complaint has now reached deadlock. This letter therefore constitutes Wavenet's Final Response and Deadlock Letter.</w:t>
      </w:r>
    </w:p>
    <w:p w14:paraId="4E774BFC" w14:textId="77777777" w:rsidR="004B24A1" w:rsidRDefault="00180372">
      <w:r>
        <w:rPr>
          <w:b/>
        </w:rPr>
        <w:t>Alternative Dispute Resolution</w:t>
      </w:r>
    </w:p>
    <w:p w14:paraId="00C6DA26" w14:textId="77777777" w:rsidR="004B24A1" w:rsidRDefault="00180372">
      <w:r>
        <w:t>If you remain dissatisfied with our final position, you may be entitled to refer your complaint to CEDR for independent review. Further information can be found at https://www.cedr.com</w:t>
      </w:r>
    </w:p>
    <w:p w14:paraId="798B85D4" w14:textId="2648C3C5" w:rsidR="004B24A1" w:rsidRDefault="00180372">
      <w:r>
        <w:br/>
      </w:r>
      <w:r w:rsidR="29E457D2">
        <w:t>Yours sincerely,</w:t>
      </w:r>
      <w:r>
        <w:br/>
      </w:r>
      <w:r>
        <w:br/>
      </w:r>
      <w:r w:rsidR="29E457D2">
        <w:t>Josh Ramsay</w:t>
      </w:r>
      <w:r>
        <w:br/>
      </w:r>
      <w:r w:rsidR="29E457D2">
        <w:t>Complaints Manager</w:t>
      </w:r>
      <w:r>
        <w:br/>
      </w:r>
      <w:r w:rsidR="29E457D2">
        <w:t>Wavenet</w:t>
      </w:r>
    </w:p>
    <w:sectPr w:rsidR="004B24A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2789467">
    <w:abstractNumId w:val="8"/>
  </w:num>
  <w:num w:numId="2" w16cid:durableId="1919243282">
    <w:abstractNumId w:val="6"/>
  </w:num>
  <w:num w:numId="3" w16cid:durableId="1784884397">
    <w:abstractNumId w:val="5"/>
  </w:num>
  <w:num w:numId="4" w16cid:durableId="895432896">
    <w:abstractNumId w:val="4"/>
  </w:num>
  <w:num w:numId="5" w16cid:durableId="418716696">
    <w:abstractNumId w:val="7"/>
  </w:num>
  <w:num w:numId="6" w16cid:durableId="459106348">
    <w:abstractNumId w:val="3"/>
  </w:num>
  <w:num w:numId="7" w16cid:durableId="540093715">
    <w:abstractNumId w:val="2"/>
  </w:num>
  <w:num w:numId="8" w16cid:durableId="1515416056">
    <w:abstractNumId w:val="1"/>
  </w:num>
  <w:num w:numId="9" w16cid:durableId="154956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3562"/>
    <w:rsid w:val="0015074B"/>
    <w:rsid w:val="00180372"/>
    <w:rsid w:val="0029639D"/>
    <w:rsid w:val="00326F90"/>
    <w:rsid w:val="004B24A1"/>
    <w:rsid w:val="00AA1D8D"/>
    <w:rsid w:val="00B47730"/>
    <w:rsid w:val="00CB0664"/>
    <w:rsid w:val="00D15D9F"/>
    <w:rsid w:val="00FC693F"/>
    <w:rsid w:val="29E45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8E6AB22-80EF-4F92-8764-499B1FA6F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2939</Characters>
  <Application>Microsoft Office Word</Application>
  <DocSecurity>0</DocSecurity>
  <Lines>24</Lines>
  <Paragraphs>6</Paragraphs>
  <ScaleCrop>false</ScaleCrop>
  <Manager/>
  <Company/>
  <LinksUpToDate>false</LinksUpToDate>
  <CharactersWithSpaces>3448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Ramsay</dc:creator>
  <cp:keywords/>
  <dc:description>generated by python-docx</dc:description>
  <cp:lastModifiedBy>Joshua Ramsay</cp:lastModifiedBy>
  <cp:revision>2</cp:revision>
  <dcterms:created xsi:type="dcterms:W3CDTF">2026-08-06T11:44:00Z</dcterms:created>
  <dcterms:modified xsi:type="dcterms:W3CDTF">2026-08-06T11:44:00Z</dcterms:modified>
  <cp:category/>
</cp:coreProperties>
</file>